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the-fixies-the-solar-battery"/>
    <w:p>
      <w:pPr>
        <w:pStyle w:val="Heading1"/>
        <w:spacing w:before="360" w:after="120"/>
        <w:suppressAutoHyphens/>
      </w:pPr>
      <w:r>
        <w:t xml:space="preserve">The Fixies — The Solar Battery</w:t>
      </w:r>
    </w:p>
    <w:p>
      <w:pPr>
        <w:pStyle w:val="BlockText"/>
        <w:suppressAutoHyphens/>
      </w:pPr>
      <w:r>
        <w:rPr>
          <w:rFonts w:hint="eastAsia"/>
        </w:rPr>
        <w:t xml:space="preserve">最后一集英文对话转录（不含片尾曲）</w:t>
      </w:r>
    </w:p>
    <w:p>
      <w:pPr>
        <w:pStyle w:val="BlockText"/>
        <w:suppressAutoHyphens/>
      </w:pPr>
      <w:r>
        <w:rPr>
          <w:rFonts w:hint="eastAsia"/>
        </w:rPr>
        <w:t xml:space="preserve">来源：</w:t>
      </w:r>
      <w:r>
        <w:rPr>
          <w:rStyle w:val="VerbatimChar"/>
        </w:rPr>
        <w:t xml:space="preserve">The Fixies | The Solar Battery | Cartoons for kids - 001 … .mp4</w:t>
      </w:r>
      <w:r>
        <w:rPr>
          <w:rFonts w:hint="eastAsia"/>
        </w:rPr>
        <w:t xml:space="preserve">（总长</w:t>
      </w:r>
      <w:r>
        <w:t xml:space="preserve"> </w:t>
      </w:r>
      <w:r>
        <w:rPr>
          <w:rFonts w:hint="eastAsia"/>
        </w:rPr>
        <w:t xml:space="preserve">21:45）</w:t>
      </w:r>
      <w:r>
        <w:t xml:space="preserve"> </w:t>
      </w:r>
      <w:r>
        <w:rPr>
          <w:rFonts w:hint="eastAsia"/>
        </w:rPr>
        <w:t xml:space="preserve">本节从视频</w:t>
      </w:r>
      <w:r>
        <w:t xml:space="preserve"> </w:t>
      </w:r>
      <w:r>
        <w:rPr>
          <w:b/>
          <w:bCs/>
        </w:rPr>
        <w:t xml:space="preserve">16:35</w:t>
      </w:r>
      <w:r>
        <w:t xml:space="preserve"> </w:t>
      </w:r>
      <w:r>
        <w:rPr>
          <w:rFonts w:hint="eastAsia"/>
        </w:rPr>
        <w:t xml:space="preserve">开始，时长约</w:t>
      </w:r>
      <w:r>
        <w:t xml:space="preserve"> 5 </w:t>
      </w:r>
      <w:r>
        <w:rPr>
          <w:rFonts w:hint="eastAsia"/>
        </w:rPr>
        <w:t xml:space="preserve">分</w:t>
      </w:r>
      <w:r>
        <w:t xml:space="preserve"> 10 </w:t>
      </w:r>
      <w:r>
        <w:rPr>
          <w:rFonts w:hint="eastAsia"/>
        </w:rPr>
        <w:t xml:space="preserve">秒；时间戳相对本节起点。</w:t>
      </w:r>
      <w:r>
        <w:t xml:space="preserve"> </w:t>
      </w:r>
      <w:r>
        <w:rPr>
          <w:rFonts w:hint="eastAsia"/>
        </w:rPr>
        <w:t xml:space="preserve">角色：</w:t>
      </w:r>
      <w:r>
        <w:rPr>
          <w:b/>
          <w:bCs/>
        </w:rPr>
        <w:t xml:space="preserve">Tom Thomas</w:t>
      </w:r>
      <w:r>
        <w:rPr>
          <w:rFonts w:hint="eastAsia"/>
        </w:rPr>
        <w:t xml:space="preserve">（小男孩）、</w:t>
      </w:r>
      <w:r>
        <w:rPr>
          <w:b/>
          <w:bCs/>
        </w:rPr>
        <w:t xml:space="preserve">Chewsocka</w:t>
      </w:r>
      <w:r>
        <w:rPr>
          <w:rFonts w:hint="eastAsia"/>
        </w:rPr>
        <w:t xml:space="preserve">（小狗）、</w:t>
      </w:r>
      <w:r>
        <w:rPr>
          <w:b/>
          <w:bCs/>
        </w:rPr>
        <w:t xml:space="preserve">Nolik</w:t>
      </w:r>
      <w:r>
        <w:t xml:space="preserve">、</w:t>
      </w:r>
      <w:r>
        <w:rPr>
          <w:b/>
          <w:bCs/>
        </w:rPr>
        <w:t xml:space="preserve">Simka</w:t>
      </w:r>
      <w:r>
        <w:rPr>
          <w:rFonts w:hint="eastAsia"/>
        </w:rPr>
        <w:t xml:space="preserve">（小精灵）、</w:t>
      </w:r>
      <w:r>
        <w:rPr>
          <w:b/>
          <w:bCs/>
        </w:rPr>
        <w:t xml:space="preserve">Papus</w:t>
      </w:r>
      <w:r>
        <w:rPr>
          <w:rFonts w:hint="eastAsia"/>
        </w:rPr>
        <w:t xml:space="preserve">（Nolik</w:t>
      </w:r>
      <w:r>
        <w:t xml:space="preserve"> </w:t>
      </w:r>
      <w:r>
        <w:rPr>
          <w:rFonts w:hint="eastAsia"/>
        </w:rPr>
        <w:t xml:space="preserve">与</w:t>
      </w:r>
      <w:r>
        <w:t xml:space="preserve"> Simka </w:t>
      </w:r>
      <w:r>
        <w:rPr>
          <w:rFonts w:hint="eastAsia"/>
        </w:rPr>
        <w:t xml:space="preserve">的爸爸）。</w:t>
      </w:r>
    </w:p>
    <w:p>
      <w:pPr>
        <w:pStyle w:val="HorizontalRule"/>
        <w:ind w:firstLine="0"/>
        <w:suppressAutoHyphens/>
      </w:pPr>
      <w:r>
        <w:pict>
          <v:rect style="width:0;height:1.5pt" o:hralign="center" o:hrstd="t" o:hr="t"/>
        </w:pict>
      </w:r>
    </w:p>
    <w:p>
      <w:pPr>
        <w:pStyle w:val="Normal"/>
        <w:suppressAutoHyphens/>
        <w:spacing w:before="120" w:after="0" w:line="312" w:lineRule="auto"/>
        <w:ind w:firstLine="482"/>
        <w:jc w:val="both"/>
      </w:pPr>
      <w:r>
        <w:rPr>
          <w:b/>
          <w:bCs/>
        </w:rPr>
        <w:t xml:space="preserve">[00:00]</w:t>
      </w:r>
      <w:r>
        <w:t xml:space="preserve"> </w:t>
      </w:r>
      <w:r>
        <w:t xml:space="preserve">The Dog.</w:t>
      </w:r>
    </w:p>
    <w:p>
      <w:pPr>
        <w:pStyle w:val="Normal"/>
        <w:suppressAutoHyphens/>
        <w:spacing w:before="120" w:after="0" w:line="312" w:lineRule="auto"/>
        <w:ind w:firstLine="482"/>
        <w:jc w:val="both"/>
      </w:pPr>
      <w:r>
        <w:t xml:space="preserve">It’s about me!</w:t>
      </w:r>
    </w:p>
    <w:p>
      <w:pPr>
        <w:pStyle w:val="Normal"/>
        <w:suppressAutoHyphens/>
        <w:spacing w:before="120" w:after="0" w:line="312" w:lineRule="auto"/>
        <w:ind w:firstLine="482"/>
        <w:jc w:val="both"/>
      </w:pPr>
      <w:r>
        <w:t xml:space="preserve">Fixies!</w:t>
      </w:r>
    </w:p>
    <w:p>
      <w:pPr>
        <w:pStyle w:val="Normal"/>
        <w:suppressAutoHyphens/>
        <w:spacing w:before="120" w:after="0" w:line="312" w:lineRule="auto"/>
        <w:ind w:firstLine="482"/>
        <w:jc w:val="both"/>
      </w:pPr>
      <w:r>
        <w:t xml:space="preserve">It’s Chewsocka.</w:t>
      </w:r>
    </w:p>
    <w:p>
      <w:pPr>
        <w:pStyle w:val="Normal"/>
        <w:suppressAutoHyphens/>
        <w:spacing w:before="120" w:after="0" w:line="312" w:lineRule="auto"/>
        <w:ind w:firstLine="482"/>
        <w:jc w:val="both"/>
      </w:pPr>
      <w:r>
        <w:t xml:space="preserve">It sounds like she’s angry with us.</w:t>
      </w:r>
    </w:p>
    <w:p>
      <w:pPr>
        <w:pStyle w:val="Normal"/>
        <w:suppressAutoHyphens/>
        <w:spacing w:before="120" w:after="0" w:line="312" w:lineRule="auto"/>
        <w:ind w:firstLine="482"/>
        <w:jc w:val="both"/>
      </w:pPr>
      <w:r>
        <w:rPr>
          <w:b/>
          <w:bCs/>
        </w:rPr>
        <w:t xml:space="preserve">[00:14]</w:t>
      </w:r>
      <w:r>
        <w:t xml:space="preserve"> </w:t>
      </w:r>
      <w:r>
        <w:t xml:space="preserve">I wish I knew what that mad dog was thinking about.</w:t>
      </w:r>
    </w:p>
    <w:p>
      <w:pPr>
        <w:pStyle w:val="Normal"/>
        <w:suppressAutoHyphens/>
        <w:spacing w:before="120" w:after="0" w:line="312" w:lineRule="auto"/>
        <w:ind w:firstLine="482"/>
        <w:jc w:val="both"/>
      </w:pPr>
      <w:r>
        <w:t xml:space="preserve">I’m thinking about you!</w:t>
      </w:r>
    </w:p>
    <w:p>
      <w:pPr>
        <w:pStyle w:val="Normal"/>
        <w:suppressAutoHyphens/>
        <w:spacing w:before="120" w:after="0" w:line="312" w:lineRule="auto"/>
        <w:ind w:firstLine="482"/>
        <w:jc w:val="both"/>
      </w:pPr>
      <w:r>
        <w:t xml:space="preserve">You better hide, or people will see you.</w:t>
      </w:r>
    </w:p>
    <w:p>
      <w:pPr>
        <w:pStyle w:val="Normal"/>
        <w:suppressAutoHyphens/>
        <w:spacing w:before="120" w:after="0" w:line="312" w:lineRule="auto"/>
        <w:ind w:firstLine="482"/>
        <w:jc w:val="both"/>
      </w:pPr>
      <w:r>
        <w:t xml:space="preserve">I’m leaving! See you later!</w:t>
      </w:r>
    </w:p>
    <w:p>
      <w:pPr>
        <w:pStyle w:val="Normal"/>
        <w:suppressAutoHyphens/>
        <w:spacing w:before="120" w:after="0" w:line="312" w:lineRule="auto"/>
        <w:ind w:firstLine="482"/>
        <w:jc w:val="both"/>
      </w:pPr>
      <w:r>
        <w:rPr>
          <w:b/>
          <w:bCs/>
        </w:rPr>
        <w:t xml:space="preserve">[00:29]</w:t>
      </w:r>
      <w:r>
        <w:t xml:space="preserve"> </w:t>
      </w:r>
      <w:r>
        <w:t xml:space="preserve">It’s going to rain!</w:t>
      </w:r>
    </w:p>
    <w:p>
      <w:pPr>
        <w:pStyle w:val="Normal"/>
        <w:suppressAutoHyphens/>
        <w:spacing w:before="120" w:after="0" w:line="312" w:lineRule="auto"/>
        <w:ind w:firstLine="482"/>
        <w:jc w:val="both"/>
      </w:pPr>
      <w:r>
        <w:rPr>
          <w:b/>
          <w:bCs/>
        </w:rPr>
        <w:t xml:space="preserve">[00:32]</w:t>
      </w:r>
      <w:r>
        <w:t xml:space="preserve"> </w:t>
      </w:r>
      <w:r>
        <w:t xml:space="preserve">Chewsocka! I have no time to play right now!</w:t>
      </w:r>
    </w:p>
    <w:p>
      <w:pPr>
        <w:pStyle w:val="Normal"/>
        <w:suppressAutoHyphens/>
        <w:spacing w:before="120" w:after="0" w:line="312" w:lineRule="auto"/>
        <w:ind w:firstLine="482"/>
        <w:jc w:val="both"/>
      </w:pPr>
      <w:r>
        <w:t xml:space="preserve">I’m not playing!</w:t>
      </w:r>
    </w:p>
    <w:p>
      <w:pPr>
        <w:pStyle w:val="Normal"/>
        <w:suppressAutoHyphens/>
        <w:spacing w:before="120" w:after="0" w:line="312" w:lineRule="auto"/>
        <w:ind w:firstLine="482"/>
        <w:jc w:val="both"/>
      </w:pPr>
      <w:r>
        <w:t xml:space="preserve">His feet are going to get soaked!</w:t>
      </w:r>
    </w:p>
    <w:p>
      <w:pPr>
        <w:pStyle w:val="Normal"/>
        <w:suppressAutoHyphens/>
        <w:spacing w:before="120" w:after="0" w:line="312" w:lineRule="auto"/>
        <w:ind w:firstLine="482"/>
        <w:jc w:val="both"/>
      </w:pPr>
      <w:r>
        <w:rPr>
          <w:b/>
          <w:bCs/>
        </w:rPr>
        <w:t xml:space="preserve">[00:40]</w:t>
      </w:r>
      <w:r>
        <w:t xml:space="preserve"> </w:t>
      </w:r>
      <w:r>
        <w:t xml:space="preserve">Tom Thomas, I’m off.</w:t>
      </w:r>
    </w:p>
    <w:p>
      <w:pPr>
        <w:pStyle w:val="Normal"/>
        <w:suppressAutoHyphens/>
        <w:spacing w:before="120" w:after="0" w:line="312" w:lineRule="auto"/>
        <w:ind w:firstLine="482"/>
        <w:jc w:val="both"/>
      </w:pPr>
      <w:r>
        <w:t xml:space="preserve">Don’t be late.</w:t>
      </w:r>
    </w:p>
    <w:p>
      <w:pPr>
        <w:pStyle w:val="Normal"/>
        <w:suppressAutoHyphens/>
        <w:spacing w:before="120" w:after="0" w:line="312" w:lineRule="auto"/>
        <w:ind w:firstLine="482"/>
        <w:jc w:val="both"/>
      </w:pPr>
      <w:r>
        <w:rPr>
          <w:b/>
          <w:bCs/>
        </w:rPr>
        <w:t xml:space="preserve">[00:46]</w:t>
      </w:r>
      <w:r>
        <w:t xml:space="preserve"> </w:t>
      </w:r>
      <w:r>
        <w:t xml:space="preserve">Chewsocka! That’s enough!</w:t>
      </w:r>
    </w:p>
    <w:p>
      <w:pPr>
        <w:pStyle w:val="Normal"/>
        <w:suppressAutoHyphens/>
        <w:spacing w:before="120" w:after="0" w:line="312" w:lineRule="auto"/>
        <w:ind w:firstLine="482"/>
        <w:jc w:val="both"/>
      </w:pPr>
      <w:r>
        <w:t xml:space="preserve">No! I need to go to school!</w:t>
      </w:r>
    </w:p>
    <w:p>
      <w:pPr>
        <w:pStyle w:val="Normal"/>
        <w:suppressAutoHyphens/>
        <w:spacing w:before="120" w:after="0" w:line="312" w:lineRule="auto"/>
        <w:ind w:firstLine="482"/>
        <w:jc w:val="both"/>
      </w:pPr>
      <w:r>
        <w:rPr>
          <w:b/>
          <w:bCs/>
        </w:rPr>
        <w:t xml:space="preserve">[00:50]</w:t>
      </w:r>
      <w:r>
        <w:t xml:space="preserve"> </w:t>
      </w:r>
      <w:r>
        <w:t xml:space="preserve">He’s got his math class today, and he’s leaving his math book!</w:t>
      </w:r>
    </w:p>
    <w:p>
      <w:pPr>
        <w:pStyle w:val="Normal"/>
        <w:suppressAutoHyphens/>
        <w:spacing w:before="120" w:after="0" w:line="312" w:lineRule="auto"/>
        <w:ind w:firstLine="482"/>
        <w:jc w:val="both"/>
      </w:pPr>
      <w:r>
        <w:rPr>
          <w:b/>
          <w:bCs/>
        </w:rPr>
        <w:t xml:space="preserve">[00:54]</w:t>
      </w:r>
      <w:r>
        <w:t xml:space="preserve"> </w:t>
      </w:r>
      <w:r>
        <w:t xml:space="preserve">I’m trying to serve like a good dog, but no one understands me.</w:t>
      </w:r>
    </w:p>
    <w:p>
      <w:pPr>
        <w:pStyle w:val="Normal"/>
        <w:suppressAutoHyphens/>
        <w:spacing w:before="120" w:after="0" w:line="312" w:lineRule="auto"/>
        <w:ind w:firstLine="482"/>
        <w:jc w:val="both"/>
      </w:pPr>
      <w:r>
        <w:rPr>
          <w:b/>
          <w:bCs/>
        </w:rPr>
        <w:t xml:space="preserve">[01:02]</w:t>
      </w:r>
      <w:r>
        <w:t xml:space="preserve"> </w:t>
      </w:r>
      <w:r>
        <w:t xml:space="preserve">Dogs have been serving people since ancient times, along with cows, horses, chickens, and other domestic animals. But of all of these animals, the dog was the very first.</w:t>
      </w:r>
    </w:p>
    <w:p>
      <w:pPr>
        <w:pStyle w:val="Normal"/>
        <w:suppressAutoHyphens/>
        <w:spacing w:before="120" w:after="0" w:line="312" w:lineRule="auto"/>
        <w:ind w:firstLine="482"/>
        <w:jc w:val="both"/>
      </w:pPr>
      <w:r>
        <w:rPr>
          <w:b/>
          <w:bCs/>
        </w:rPr>
        <w:t xml:space="preserve">[01:13]</w:t>
      </w:r>
      <w:r>
        <w:t xml:space="preserve"> </w:t>
      </w:r>
      <w:r>
        <w:t xml:space="preserve">In the beginning, domesticated dogs looked like wolves. Over time, they started changing and were developed into dogs of many different breeds, from big shepherds to tiny chihuahuas.</w:t>
      </w:r>
    </w:p>
    <w:p>
      <w:pPr>
        <w:pStyle w:val="Normal"/>
        <w:suppressAutoHyphens/>
        <w:spacing w:before="120" w:after="0" w:line="312" w:lineRule="auto"/>
        <w:ind w:firstLine="482"/>
        <w:jc w:val="both"/>
      </w:pPr>
      <w:r>
        <w:rPr>
          <w:b/>
          <w:bCs/>
        </w:rPr>
        <w:t xml:space="preserve">[01:26]</w:t>
      </w:r>
      <w:r>
        <w:t xml:space="preserve"> </w:t>
      </w:r>
      <w:r>
        <w:t xml:space="preserve">The dog is not only a human’s best friend, but his very first friend as well.</w:t>
      </w:r>
    </w:p>
    <w:p>
      <w:pPr>
        <w:pStyle w:val="Normal"/>
        <w:suppressAutoHyphens/>
        <w:spacing w:before="120" w:after="0" w:line="312" w:lineRule="auto"/>
        <w:ind w:firstLine="482"/>
        <w:jc w:val="both"/>
      </w:pPr>
      <w:r>
        <w:rPr>
          <w:b/>
          <w:bCs/>
        </w:rPr>
        <w:t xml:space="preserve">[01:35]</w:t>
      </w:r>
      <w:r>
        <w:t xml:space="preserve"> </w:t>
      </w:r>
      <w:r>
        <w:t xml:space="preserve">What is that smell?</w:t>
      </w:r>
    </w:p>
    <w:p>
      <w:pPr>
        <w:pStyle w:val="Normal"/>
        <w:suppressAutoHyphens/>
        <w:spacing w:before="120" w:after="0" w:line="312" w:lineRule="auto"/>
        <w:ind w:firstLine="482"/>
        <w:jc w:val="both"/>
      </w:pPr>
      <w:r>
        <w:rPr>
          <w:b/>
          <w:bCs/>
        </w:rPr>
        <w:t xml:space="preserve">[01:42]</w:t>
      </w:r>
      <w:r>
        <w:t xml:space="preserve"> </w:t>
      </w:r>
      <w:r>
        <w:t xml:space="preserve">Simka! Come on out! I see you!</w:t>
      </w:r>
    </w:p>
    <w:p>
      <w:pPr>
        <w:pStyle w:val="Normal"/>
        <w:suppressAutoHyphens/>
        <w:spacing w:before="120" w:after="0" w:line="312" w:lineRule="auto"/>
        <w:ind w:firstLine="482"/>
        <w:jc w:val="both"/>
      </w:pPr>
      <w:r>
        <w:t xml:space="preserve">Nolik! Jump down!</w:t>
      </w:r>
    </w:p>
    <w:p>
      <w:pPr>
        <w:pStyle w:val="Normal"/>
        <w:suppressAutoHyphens/>
        <w:spacing w:before="120" w:after="0" w:line="312" w:lineRule="auto"/>
        <w:ind w:firstLine="482"/>
        <w:jc w:val="both"/>
      </w:pPr>
      <w:r>
        <w:rPr>
          <w:rFonts w:hint="eastAsia"/>
          <w:i/>
          <w:iCs/>
        </w:rPr>
        <w:t xml:space="preserve">（Chewsocka</w:t>
      </w:r>
      <w:r>
        <w:rPr>
          <w:i/>
          <w:iCs/>
        </w:rPr>
        <w:t xml:space="preserve"> </w:t>
      </w:r>
      <w:r>
        <w:rPr>
          <w:rFonts w:hint="eastAsia"/>
          <w:i/>
          <w:iCs/>
        </w:rPr>
        <w:t xml:space="preserve">吠叫）</w:t>
      </w:r>
    </w:p>
    <w:p>
      <w:pPr>
        <w:pStyle w:val="Normal"/>
        <w:suppressAutoHyphens/>
        <w:spacing w:before="120" w:after="0" w:line="312" w:lineRule="auto"/>
        <w:ind w:firstLine="482"/>
        <w:jc w:val="both"/>
      </w:pPr>
      <w:r>
        <w:rPr>
          <w:b/>
          <w:bCs/>
        </w:rPr>
        <w:t xml:space="preserve">[01:54]</w:t>
      </w:r>
      <w:r>
        <w:t xml:space="preserve"> </w:t>
      </w:r>
      <w:r>
        <w:t xml:space="preserve">Oh no! We’re trapped in here!</w:t>
      </w:r>
    </w:p>
    <w:p>
      <w:pPr>
        <w:pStyle w:val="Normal"/>
        <w:suppressAutoHyphens/>
        <w:spacing w:before="120" w:after="0" w:line="312" w:lineRule="auto"/>
        <w:ind w:firstLine="482"/>
        <w:jc w:val="both"/>
      </w:pPr>
      <w:r>
        <w:t xml:space="preserve">Alert! Something’s burning over there!</w:t>
      </w:r>
    </w:p>
    <w:p>
      <w:pPr>
        <w:pStyle w:val="Normal"/>
        <w:suppressAutoHyphens/>
        <w:spacing w:before="120" w:after="0" w:line="312" w:lineRule="auto"/>
        <w:ind w:firstLine="482"/>
        <w:jc w:val="both"/>
      </w:pPr>
      <w:r>
        <w:t xml:space="preserve">Why won’t they listen?</w:t>
      </w:r>
    </w:p>
    <w:p>
      <w:pPr>
        <w:pStyle w:val="Normal"/>
        <w:suppressAutoHyphens/>
        <w:spacing w:before="120" w:after="0" w:line="312" w:lineRule="auto"/>
        <w:ind w:firstLine="482"/>
        <w:jc w:val="both"/>
      </w:pPr>
      <w:r>
        <w:rPr>
          <w:b/>
          <w:bCs/>
        </w:rPr>
        <w:t xml:space="preserve">[02:01]</w:t>
      </w:r>
      <w:r>
        <w:t xml:space="preserve"> </w:t>
      </w:r>
      <w:r>
        <w:t xml:space="preserve">I think she’s going to eat us!</w:t>
      </w:r>
    </w:p>
    <w:p>
      <w:pPr>
        <w:pStyle w:val="Normal"/>
        <w:suppressAutoHyphens/>
        <w:spacing w:before="120" w:after="0" w:line="312" w:lineRule="auto"/>
        <w:ind w:firstLine="482"/>
        <w:jc w:val="both"/>
      </w:pPr>
      <w:r>
        <w:t xml:space="preserve">Together with the box!</w:t>
      </w:r>
    </w:p>
    <w:p>
      <w:pPr>
        <w:pStyle w:val="Normal"/>
        <w:suppressAutoHyphens/>
        <w:spacing w:before="120" w:after="0" w:line="312" w:lineRule="auto"/>
        <w:ind w:firstLine="482"/>
        <w:jc w:val="both"/>
      </w:pPr>
      <w:r>
        <w:rPr>
          <w:b/>
          <w:bCs/>
        </w:rPr>
        <w:t xml:space="preserve">[02:11]</w:t>
      </w:r>
      <w:r>
        <w:t xml:space="preserve"> </w:t>
      </w:r>
      <w:r>
        <w:t xml:space="preserve">We’re done for!</w:t>
      </w:r>
    </w:p>
    <w:p>
      <w:pPr>
        <w:pStyle w:val="Normal"/>
        <w:suppressAutoHyphens/>
        <w:spacing w:before="120" w:after="0" w:line="312" w:lineRule="auto"/>
        <w:ind w:firstLine="482"/>
        <w:jc w:val="both"/>
      </w:pPr>
      <w:r>
        <w:rPr>
          <w:b/>
          <w:bCs/>
        </w:rPr>
        <w:t xml:space="preserve">[02:13]</w:t>
      </w:r>
      <w:r>
        <w:t xml:space="preserve"> </w:t>
      </w:r>
      <w:r>
        <w:t xml:space="preserve">Come on! Look! The outlet is sparking!</w:t>
      </w:r>
    </w:p>
    <w:p>
      <w:pPr>
        <w:pStyle w:val="Normal"/>
        <w:suppressAutoHyphens/>
        <w:spacing w:before="120" w:after="0" w:line="312" w:lineRule="auto"/>
        <w:ind w:firstLine="482"/>
        <w:jc w:val="both"/>
      </w:pPr>
      <w:r>
        <w:t xml:space="preserve">Oh no! Something must have broken in there!</w:t>
      </w:r>
    </w:p>
    <w:p>
      <w:pPr>
        <w:pStyle w:val="Normal"/>
        <w:suppressAutoHyphens/>
        <w:spacing w:before="120" w:after="0" w:line="312" w:lineRule="auto"/>
        <w:ind w:firstLine="482"/>
        <w:jc w:val="both"/>
      </w:pPr>
      <w:r>
        <w:rPr>
          <w:b/>
          <w:bCs/>
        </w:rPr>
        <w:t xml:space="preserve">[02:20]</w:t>
      </w:r>
      <w:r>
        <w:t xml:space="preserve"> </w:t>
      </w:r>
      <w:r>
        <w:t xml:space="preserve">Are we going to fix it?</w:t>
      </w:r>
    </w:p>
    <w:p>
      <w:pPr>
        <w:pStyle w:val="Normal"/>
        <w:suppressAutoHyphens/>
        <w:spacing w:before="120" w:after="0" w:line="312" w:lineRule="auto"/>
        <w:ind w:firstLine="482"/>
        <w:jc w:val="both"/>
      </w:pPr>
      <w:r>
        <w:t xml:space="preserve">Kids should never touch outlets, and you know it too. It’s forbidden!</w:t>
      </w:r>
    </w:p>
    <w:p>
      <w:pPr>
        <w:pStyle w:val="Normal"/>
        <w:suppressAutoHyphens/>
        <w:spacing w:before="120" w:after="0" w:line="312" w:lineRule="auto"/>
        <w:ind w:firstLine="482"/>
        <w:jc w:val="both"/>
      </w:pPr>
      <w:r>
        <w:rPr>
          <w:b/>
          <w:bCs/>
        </w:rPr>
        <w:t xml:space="preserve">[02:26]</w:t>
      </w:r>
      <w:r>
        <w:t xml:space="preserve"> </w:t>
      </w:r>
      <w:r>
        <w:t xml:space="preserve">Then how do we fix it?</w:t>
      </w:r>
    </w:p>
    <w:p>
      <w:pPr>
        <w:pStyle w:val="Normal"/>
        <w:suppressAutoHyphens/>
        <w:spacing w:before="120" w:after="0" w:line="312" w:lineRule="auto"/>
        <w:ind w:firstLine="482"/>
        <w:jc w:val="both"/>
      </w:pPr>
      <w:r>
        <w:t xml:space="preserve">Go find Papus, and I’ll stay here and wait for you.</w:t>
      </w:r>
    </w:p>
    <w:p>
      <w:pPr>
        <w:pStyle w:val="Normal"/>
        <w:suppressAutoHyphens/>
        <w:spacing w:before="120" w:after="0" w:line="312" w:lineRule="auto"/>
        <w:ind w:firstLine="482"/>
        <w:jc w:val="both"/>
      </w:pPr>
      <w:r>
        <w:t xml:space="preserve">But where’s Papus?</w:t>
      </w:r>
    </w:p>
    <w:p>
      <w:pPr>
        <w:pStyle w:val="Normal"/>
        <w:suppressAutoHyphens/>
        <w:spacing w:before="120" w:after="0" w:line="312" w:lineRule="auto"/>
        <w:ind w:firstLine="482"/>
        <w:jc w:val="both"/>
      </w:pPr>
      <w:r>
        <w:t xml:space="preserve">I know where he is!</w:t>
      </w:r>
    </w:p>
    <w:p>
      <w:pPr>
        <w:pStyle w:val="Normal"/>
        <w:suppressAutoHyphens/>
        <w:spacing w:before="120" w:after="0" w:line="312" w:lineRule="auto"/>
        <w:ind w:firstLine="482"/>
        <w:jc w:val="both"/>
      </w:pPr>
      <w:r>
        <w:rPr>
          <w:b/>
          <w:bCs/>
        </w:rPr>
        <w:t xml:space="preserve">[02:35]</w:t>
      </w:r>
      <w:r>
        <w:t xml:space="preserve"> </w:t>
      </w:r>
      <w:r>
        <w:t xml:space="preserve">I don’t know what she’s barking about, but I think Chewsocka wants to help us.</w:t>
      </w:r>
    </w:p>
    <w:p>
      <w:pPr>
        <w:pStyle w:val="Normal"/>
        <w:suppressAutoHyphens/>
        <w:spacing w:before="120" w:after="0" w:line="312" w:lineRule="auto"/>
        <w:ind w:firstLine="482"/>
        <w:jc w:val="both"/>
      </w:pPr>
      <w:r>
        <w:t xml:space="preserve">Then come on, Chewsocka! Help us!</w:t>
      </w:r>
    </w:p>
    <w:p>
      <w:pPr>
        <w:pStyle w:val="Normal"/>
        <w:suppressAutoHyphens/>
        <w:spacing w:before="120" w:after="0" w:line="312" w:lineRule="auto"/>
        <w:ind w:firstLine="482"/>
        <w:jc w:val="both"/>
      </w:pPr>
      <w:r>
        <w:rPr>
          <w:b/>
          <w:bCs/>
        </w:rPr>
        <w:t xml:space="preserve">[02:48]</w:t>
      </w:r>
      <w:r>
        <w:t xml:space="preserve"> </w:t>
      </w:r>
      <w:r>
        <w:t xml:space="preserve">He’s in there!</w:t>
      </w:r>
    </w:p>
    <w:p>
      <w:pPr>
        <w:pStyle w:val="Normal"/>
        <w:suppressAutoHyphens/>
        <w:spacing w:before="120" w:after="0" w:line="312" w:lineRule="auto"/>
        <w:ind w:firstLine="482"/>
        <w:jc w:val="both"/>
      </w:pPr>
      <w:r>
        <w:t xml:space="preserve">Papus! Papus!</w:t>
      </w:r>
    </w:p>
    <w:p>
      <w:pPr>
        <w:pStyle w:val="Normal"/>
        <w:suppressAutoHyphens/>
        <w:spacing w:before="120" w:after="0" w:line="312" w:lineRule="auto"/>
        <w:ind w:firstLine="482"/>
        <w:jc w:val="both"/>
      </w:pPr>
      <w:r>
        <w:rPr>
          <w:b/>
          <w:bCs/>
        </w:rPr>
        <w:t xml:space="preserve">[02:52]</w:t>
      </w:r>
      <w:r>
        <w:t xml:space="preserve"> </w:t>
      </w:r>
      <w:r>
        <w:t xml:space="preserve">Nolik, is that you?</w:t>
      </w:r>
    </w:p>
    <w:p>
      <w:pPr>
        <w:pStyle w:val="Normal"/>
        <w:suppressAutoHyphens/>
        <w:spacing w:before="120" w:after="0" w:line="312" w:lineRule="auto"/>
        <w:ind w:firstLine="482"/>
        <w:jc w:val="both"/>
      </w:pPr>
      <w:r>
        <w:t xml:space="preserve">There’s an outlet sparking over there, and it smells like it’s burning!</w:t>
      </w:r>
    </w:p>
    <w:p>
      <w:pPr>
        <w:pStyle w:val="Normal"/>
        <w:suppressAutoHyphens/>
        <w:spacing w:before="120" w:after="0" w:line="312" w:lineRule="auto"/>
        <w:ind w:firstLine="482"/>
        <w:jc w:val="both"/>
      </w:pPr>
      <w:r>
        <w:t xml:space="preserve">Are you sure?</w:t>
      </w:r>
    </w:p>
    <w:p>
      <w:pPr>
        <w:pStyle w:val="Normal"/>
        <w:suppressAutoHyphens/>
        <w:spacing w:before="120" w:after="0" w:line="312" w:lineRule="auto"/>
        <w:ind w:firstLine="482"/>
        <w:jc w:val="both"/>
      </w:pPr>
      <w:r>
        <w:t xml:space="preserve">Yeah! Chewsocka found it!</w:t>
      </w:r>
    </w:p>
    <w:p>
      <w:pPr>
        <w:pStyle w:val="Normal"/>
        <w:suppressAutoHyphens/>
        <w:spacing w:before="120" w:after="0" w:line="312" w:lineRule="auto"/>
        <w:ind w:firstLine="482"/>
        <w:jc w:val="both"/>
      </w:pPr>
      <w:r>
        <w:t xml:space="preserve">Really? Great job!</w:t>
      </w:r>
    </w:p>
    <w:p>
      <w:pPr>
        <w:pStyle w:val="Normal"/>
        <w:suppressAutoHyphens/>
        <w:spacing w:before="120" w:after="0" w:line="312" w:lineRule="auto"/>
        <w:ind w:firstLine="482"/>
        <w:jc w:val="both"/>
      </w:pPr>
      <w:r>
        <w:rPr>
          <w:b/>
          <w:bCs/>
        </w:rPr>
        <w:t xml:space="preserve">[03:07]</w:t>
      </w:r>
      <w:r>
        <w:t xml:space="preserve"> </w:t>
      </w:r>
      <w:r>
        <w:t xml:space="preserve">There are many kinds of service dogs: dogs that help people by carrying out a wide variety of different jobs, like protecting a house, or a flock of sheep if the dogs are shepherds.</w:t>
      </w:r>
    </w:p>
    <w:p>
      <w:pPr>
        <w:pStyle w:val="Normal"/>
        <w:suppressAutoHyphens/>
        <w:spacing w:before="120" w:after="0" w:line="312" w:lineRule="auto"/>
        <w:ind w:firstLine="482"/>
        <w:jc w:val="both"/>
      </w:pPr>
      <w:r>
        <w:rPr>
          <w:b/>
          <w:bCs/>
        </w:rPr>
        <w:t xml:space="preserve">[03:19]</w:t>
      </w:r>
      <w:r>
        <w:t xml:space="preserve"> </w:t>
      </w:r>
      <w:r>
        <w:t xml:space="preserve">Some working dogs help guards protect their borders, while others work for the police.</w:t>
      </w:r>
    </w:p>
    <w:p>
      <w:pPr>
        <w:pStyle w:val="Normal"/>
        <w:suppressAutoHyphens/>
        <w:spacing w:before="120" w:after="0" w:line="312" w:lineRule="auto"/>
        <w:ind w:firstLine="482"/>
        <w:jc w:val="both"/>
      </w:pPr>
      <w:r>
        <w:rPr>
          <w:b/>
          <w:bCs/>
        </w:rPr>
        <w:t xml:space="preserve">[03:24]</w:t>
      </w:r>
      <w:r>
        <w:t xml:space="preserve"> </w:t>
      </w:r>
      <w:r>
        <w:t xml:space="preserve">There are sled dogs that transport people and loads in the north, where there’s only snow and no roads.</w:t>
      </w:r>
    </w:p>
    <w:p>
      <w:pPr>
        <w:pStyle w:val="Normal"/>
        <w:suppressAutoHyphens/>
        <w:spacing w:before="120" w:after="0" w:line="312" w:lineRule="auto"/>
        <w:ind w:firstLine="482"/>
        <w:jc w:val="both"/>
      </w:pPr>
      <w:r>
        <w:rPr>
          <w:b/>
          <w:bCs/>
        </w:rPr>
        <w:t xml:space="preserve">[03:32]</w:t>
      </w:r>
      <w:r>
        <w:t xml:space="preserve"> </w:t>
      </w:r>
      <w:r>
        <w:t xml:space="preserve">Some service dogs help blind people by helping them get to the places they need to go. And there are dogs that save people trapped on mountains. And that’s not all!</w:t>
      </w:r>
    </w:p>
    <w:p>
      <w:pPr>
        <w:pStyle w:val="Normal"/>
        <w:suppressAutoHyphens/>
        <w:spacing w:before="120" w:after="0" w:line="312" w:lineRule="auto"/>
        <w:ind w:firstLine="482"/>
        <w:jc w:val="both"/>
      </w:pPr>
      <w:r>
        <w:rPr>
          <w:b/>
          <w:bCs/>
        </w:rPr>
        <w:t xml:space="preserve">[03:42]</w:t>
      </w:r>
      <w:r>
        <w:t xml:space="preserve"> </w:t>
      </w:r>
      <w:r>
        <w:t xml:space="preserve">Dogs went up into space before humans!</w:t>
      </w:r>
    </w:p>
    <w:p>
      <w:pPr>
        <w:pStyle w:val="Normal"/>
        <w:suppressAutoHyphens/>
        <w:spacing w:before="120" w:after="0" w:line="312" w:lineRule="auto"/>
        <w:ind w:firstLine="482"/>
        <w:jc w:val="both"/>
      </w:pPr>
      <w:r>
        <w:t xml:space="preserve">But don’t think that dogs are just given these jobs. Oh, no! Like humans, dogs study for a long time before they’re allowed to take on serious work.</w:t>
      </w:r>
    </w:p>
    <w:p>
      <w:pPr>
        <w:pStyle w:val="Normal"/>
        <w:suppressAutoHyphens/>
        <w:spacing w:before="120" w:after="0" w:line="312" w:lineRule="auto"/>
        <w:ind w:firstLine="482"/>
        <w:jc w:val="both"/>
      </w:pPr>
      <w:r>
        <w:rPr>
          <w:b/>
          <w:bCs/>
        </w:rPr>
        <w:t xml:space="preserve">[04:01]</w:t>
      </w:r>
      <w:r>
        <w:t xml:space="preserve"> </w:t>
      </w:r>
      <w:r>
        <w:t xml:space="preserve">That’s all. There won’t be a fire. Not today.</w:t>
      </w:r>
    </w:p>
    <w:p>
      <w:pPr>
        <w:pStyle w:val="Normal"/>
        <w:suppressAutoHyphens/>
        <w:spacing w:before="120" w:after="0" w:line="312" w:lineRule="auto"/>
        <w:ind w:firstLine="482"/>
        <w:jc w:val="both"/>
      </w:pPr>
      <w:r>
        <w:t xml:space="preserve">Hooray!</w:t>
      </w:r>
    </w:p>
    <w:p>
      <w:pPr>
        <w:pStyle w:val="Normal"/>
        <w:suppressAutoHyphens/>
        <w:spacing w:before="120" w:after="0" w:line="312" w:lineRule="auto"/>
        <w:ind w:firstLine="482"/>
        <w:jc w:val="both"/>
      </w:pPr>
      <w:r>
        <w:rPr>
          <w:b/>
          <w:bCs/>
        </w:rPr>
        <w:t xml:space="preserve">[04:05]</w:t>
      </w:r>
      <w:r>
        <w:t xml:space="preserve"> </w:t>
      </w:r>
      <w:r>
        <w:t xml:space="preserve">Well done, Chewsocka! You’re a real service dog, no doubt about it!</w:t>
      </w:r>
    </w:p>
    <w:p>
      <w:pPr>
        <w:pStyle w:val="Normal"/>
        <w:suppressAutoHyphens/>
        <w:spacing w:before="120" w:after="0" w:line="312" w:lineRule="auto"/>
        <w:ind w:firstLine="482"/>
        <w:jc w:val="both"/>
      </w:pPr>
      <w:r>
        <w:rPr>
          <w:b/>
          <w:bCs/>
        </w:rPr>
        <w:t xml:space="preserve">[04:10]</w:t>
      </w:r>
      <w:r>
        <w:t xml:space="preserve"> </w:t>
      </w:r>
      <w:r>
        <w:t xml:space="preserve">Yeah! I’m working! I’m a real service dog!</w:t>
      </w:r>
    </w:p>
    <w:p>
      <w:pPr>
        <w:pStyle w:val="Normal"/>
        <w:suppressAutoHyphens/>
        <w:spacing w:before="120" w:after="0" w:line="312" w:lineRule="auto"/>
        <w:ind w:firstLine="482"/>
        <w:jc w:val="both"/>
      </w:pPr>
      <w:r>
        <w:rPr>
          <w:b/>
          <w:bCs/>
        </w:rPr>
        <w:t xml:space="preserve">[04:16]</w:t>
      </w:r>
      <w:r>
        <w:t xml:space="preserve"> </w:t>
      </w:r>
      <w:r>
        <w:t xml:space="preserve">Chewsocka, go away! I’ve had enough of you already today.</w:t>
      </w:r>
    </w:p>
    <w:p>
      <w:pPr>
        <w:pStyle w:val="Normal"/>
        <w:suppressAutoHyphens/>
        <w:spacing w:before="120" w:after="0" w:line="312" w:lineRule="auto"/>
        <w:ind w:firstLine="482"/>
        <w:jc w:val="both"/>
      </w:pPr>
      <w:r>
        <w:t xml:space="preserve">Don’t say that, because this working dog just saved your house from burning down.</w:t>
      </w:r>
    </w:p>
    <w:p>
      <w:pPr>
        <w:pStyle w:val="Normal"/>
        <w:suppressAutoHyphens/>
        <w:spacing w:before="120" w:after="0" w:line="312" w:lineRule="auto"/>
        <w:ind w:firstLine="482"/>
        <w:jc w:val="both"/>
      </w:pPr>
      <w:r>
        <w:t xml:space="preserve">What do you mean?</w:t>
      </w:r>
    </w:p>
    <w:p>
      <w:pPr>
        <w:pStyle w:val="Normal"/>
        <w:suppressAutoHyphens/>
        <w:spacing w:before="120" w:after="0" w:line="312" w:lineRule="auto"/>
        <w:ind w:firstLine="482"/>
        <w:jc w:val="both"/>
      </w:pPr>
      <w:r>
        <w:rPr>
          <w:b/>
          <w:bCs/>
        </w:rPr>
        <w:t xml:space="preserve">[04:25]</w:t>
      </w:r>
      <w:r>
        <w:t xml:space="preserve"> </w:t>
      </w:r>
      <w:r>
        <w:t xml:space="preserve">She smelled smoke coming from the outlet.</w:t>
      </w:r>
    </w:p>
    <w:p>
      <w:pPr>
        <w:pStyle w:val="Normal"/>
        <w:suppressAutoHyphens/>
        <w:spacing w:before="120" w:after="0" w:line="312" w:lineRule="auto"/>
        <w:ind w:firstLine="482"/>
        <w:jc w:val="both"/>
      </w:pPr>
      <w:r>
        <w:rPr>
          <w:b/>
          <w:bCs/>
        </w:rPr>
        <w:t xml:space="preserve">[04:28]</w:t>
      </w:r>
      <w:r>
        <w:t xml:space="preserve"> </w:t>
      </w:r>
      <w:r>
        <w:t xml:space="preserve">It could be that Chewsocka means well and wants to do the right thing, but nobody understands her.</w:t>
      </w:r>
    </w:p>
    <w:p>
      <w:pPr>
        <w:pStyle w:val="Normal"/>
        <w:suppressAutoHyphens/>
        <w:spacing w:before="120" w:after="0" w:line="312" w:lineRule="auto"/>
        <w:ind w:firstLine="482"/>
        <w:jc w:val="both"/>
      </w:pPr>
      <w:r>
        <w:t xml:space="preserve">That’s a bit hard to believe.</w:t>
      </w:r>
    </w:p>
    <w:p>
      <w:pPr>
        <w:pStyle w:val="Normal"/>
        <w:suppressAutoHyphens/>
        <w:spacing w:before="120" w:after="0" w:line="312" w:lineRule="auto"/>
        <w:ind w:firstLine="482"/>
        <w:jc w:val="both"/>
      </w:pPr>
      <w:r>
        <w:rPr>
          <w:b/>
          <w:bCs/>
        </w:rPr>
        <w:t xml:space="preserve">[04:37]</w:t>
      </w:r>
      <w:r>
        <w:t xml:space="preserve"> </w:t>
      </w:r>
      <w:r>
        <w:t xml:space="preserve">Then what’s this book?</w:t>
      </w:r>
    </w:p>
    <w:p>
      <w:pPr>
        <w:pStyle w:val="Normal"/>
        <w:suppressAutoHyphens/>
        <w:spacing w:before="120" w:after="0" w:line="312" w:lineRule="auto"/>
        <w:ind w:firstLine="482"/>
        <w:jc w:val="both"/>
      </w:pPr>
      <w:r>
        <w:t xml:space="preserve">Oh, my math book! That’s where I left it.</w:t>
      </w:r>
    </w:p>
    <w:p>
      <w:pPr>
        <w:pStyle w:val="Normal"/>
        <w:suppressAutoHyphens/>
        <w:spacing w:before="120" w:after="0" w:line="312" w:lineRule="auto"/>
        <w:ind w:firstLine="482"/>
        <w:jc w:val="both"/>
      </w:pPr>
      <w:r>
        <w:rPr>
          <w:b/>
          <w:bCs/>
        </w:rPr>
        <w:t xml:space="preserve">[04:41]</w:t>
      </w:r>
      <w:r>
        <w:t xml:space="preserve"> </w:t>
      </w:r>
      <w:r>
        <w:t xml:space="preserve">Remember how Chewsocka wanted to make you take it to school this morning?</w:t>
      </w:r>
    </w:p>
    <w:p>
      <w:pPr>
        <w:pStyle w:val="Normal"/>
        <w:suppressAutoHyphens/>
        <w:spacing w:before="120" w:after="0" w:line="312" w:lineRule="auto"/>
        <w:ind w:firstLine="482"/>
        <w:jc w:val="both"/>
      </w:pPr>
      <w:r>
        <w:t xml:space="preserve">You’re right!</w:t>
      </w:r>
    </w:p>
    <w:p>
      <w:pPr>
        <w:pStyle w:val="Normal"/>
        <w:suppressAutoHyphens/>
        <w:spacing w:before="120" w:after="0" w:line="312" w:lineRule="auto"/>
        <w:ind w:firstLine="482"/>
        <w:jc w:val="both"/>
      </w:pPr>
      <w:r>
        <w:rPr>
          <w:b/>
          <w:bCs/>
        </w:rPr>
        <w:t xml:space="preserve">[04:46]</w:t>
      </w:r>
      <w:r>
        <w:t xml:space="preserve"> </w:t>
      </w:r>
      <w:r>
        <w:t xml:space="preserve">Atta girl, Chewsocka, well done!</w:t>
      </w:r>
    </w:p>
    <w:p>
      <w:pPr>
        <w:pStyle w:val="Normal"/>
        <w:suppressAutoHyphens/>
        <w:spacing w:before="120" w:after="0" w:line="312" w:lineRule="auto"/>
        <w:ind w:firstLine="482"/>
        <w:jc w:val="both"/>
      </w:pPr>
      <w:r>
        <w:rPr>
          <w:b/>
          <w:bCs/>
        </w:rPr>
        <w:t xml:space="preserve">[04:50]</w:t>
      </w:r>
      <w:r>
        <w:t xml:space="preserve"> </w:t>
      </w:r>
      <w:r>
        <w:t xml:space="preserve">What a rain! My feet got wet to the bone.</w:t>
      </w:r>
    </w:p>
    <w:p>
      <w:pPr>
        <w:pStyle w:val="Normal"/>
        <w:suppressAutoHyphens/>
        <w:spacing w:before="120" w:after="0" w:line="312" w:lineRule="auto"/>
        <w:ind w:firstLine="482"/>
        <w:jc w:val="both"/>
      </w:pPr>
      <w:r>
        <w:rPr>
          <w:b/>
          <w:bCs/>
        </w:rPr>
        <w:t xml:space="preserve">[04:54]</w:t>
      </w:r>
      <w:r>
        <w:t xml:space="preserve"> </w:t>
      </w:r>
      <w:r>
        <w:t xml:space="preserve">But this morning Chewsocka tried to get you to wear a different pair of shoes.</w:t>
      </w:r>
    </w:p>
    <w:p>
      <w:pPr>
        <w:pStyle w:val="Normal"/>
        <w:suppressAutoHyphens/>
        <w:spacing w:before="120" w:after="0" w:line="312" w:lineRule="auto"/>
        <w:ind w:firstLine="482"/>
        <w:jc w:val="both"/>
      </w:pPr>
      <w:r>
        <w:t xml:space="preserve">That’s something.</w:t>
      </w:r>
    </w:p>
    <w:p>
      <w:pPr>
        <w:pStyle w:val="Normal"/>
        <w:suppressAutoHyphens/>
        <w:spacing w:before="120" w:after="0" w:line="312" w:lineRule="auto"/>
        <w:ind w:firstLine="482"/>
        <w:jc w:val="both"/>
      </w:pPr>
      <w:r>
        <w:rPr>
          <w:b/>
          <w:bCs/>
        </w:rPr>
        <w:t xml:space="preserve">[05:01]</w:t>
      </w:r>
      <w:r>
        <w:t xml:space="preserve"> </w:t>
      </w:r>
      <w:r>
        <w:t xml:space="preserve">I should listen more closely to this smart little dog of ours.</w:t>
      </w:r>
    </w:p>
    <w:p>
      <w:pPr>
        <w:pStyle w:val="Normal"/>
        <w:suppressAutoHyphens/>
        <w:spacing w:before="120" w:after="0" w:line="312" w:lineRule="auto"/>
        <w:ind w:firstLine="482"/>
        <w:jc w:val="both"/>
      </w:pPr>
      <w:r>
        <w:rPr>
          <w:b/>
          <w:bCs/>
        </w:rPr>
        <w:t xml:space="preserve">[05:06]</w:t>
      </w:r>
      <w:r>
        <w:t xml:space="preserve"> </w:t>
      </w:r>
      <w:r>
        <w:t xml:space="preserve">Finally! They understand me!</w:t>
      </w:r>
    </w:p>
    <w:bookmarkEnd w:id="9"/>
    <w:sectPr w:rsidR="00BE7880" w:rsidRPr="009D10EE" w:rsidSect="0003461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C310EC42"/>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E4089024"/>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15:restartNumberingAfterBreak="0"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15:restartNumberingAfterBreak="0"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15:restartNumberingAfterBreak="0"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15:restartNumberingAfterBreak="0"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15:restartNumberingAfterBreak="0"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15:restartNumberingAfterBreak="0"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16cid:durableId="743138620" w:numId="1">
    <w:abstractNumId w:val="8"/>
  </w:num>
  <w:num w16cid:durableId="445470171" w:numId="2">
    <w:abstractNumId w:val="6"/>
  </w:num>
  <w:num w16cid:durableId="831339646" w:numId="3">
    <w:abstractNumId w:val="5"/>
  </w:num>
  <w:num w16cid:durableId="1581670651" w:numId="4">
    <w:abstractNumId w:val="4"/>
  </w:num>
  <w:num w16cid:durableId="120081442" w:numId="5">
    <w:abstractNumId w:val="7"/>
  </w:num>
  <w:num w16cid:durableId="275646114" w:numId="6">
    <w:abstractNumId w:val="3"/>
  </w:num>
  <w:num w16cid:durableId="1024014987" w:numId="7">
    <w:abstractNumId w:val="2"/>
  </w:num>
  <w:num w16cid:durableId="1637568931" w:numId="8">
    <w:abstractNumId w:val="1"/>
  </w:num>
  <w:num w16cid:durableId="1269696660" w:numId="9">
    <w:abstractNumId w:val="0"/>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02CC"/>
    <w:rsid w:val="0015074B"/>
    <w:rsid w:val="0029639D"/>
    <w:rsid w:val="00326F90"/>
    <w:rsid w:val="00344A62"/>
    <w:rsid w:val="00514D93"/>
    <w:rsid w:val="005360BE"/>
    <w:rsid w:val="00561D40"/>
    <w:rsid w:val="006A73A6"/>
    <w:rsid w:val="0073452A"/>
    <w:rsid w:val="007B2410"/>
    <w:rsid w:val="009D10EE"/>
    <w:rsid w:val="00AA1D8D"/>
    <w:rsid w:val="00B32620"/>
    <w:rsid w:val="00B47730"/>
    <w:rsid w:val="00BE7880"/>
    <w:rsid w:val="00C45E24"/>
    <w:rsid w:val="00CB0664"/>
    <w:rsid w:val="00F33582"/>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EastAsia" w:hAnsiTheme="minorHAnsi"/>
        <w:sz w:val="24"/>
        <w:szCs w:val="24"/>
        <w:lang w:bidi="ar-SA" w:eastAsia="zh-CN" w:val="en-US"/>
      </w:rPr>
    </w:rPrDefault>
    <w:pPrDefault>
      <w:pPr>
        <w:spacing w:after="200" w:line="276"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F33582"/>
    <w:pPr>
      <w:suppressAutoHyphens/>
      <w:spacing w:after="0" w:before="120" w:line="312" w:lineRule="auto"/>
      <w:ind w:firstLine="482"/>
      <w:jc w:val="both"/>
    </w:pPr>
    <w:rPr>
      <w:rFonts w:ascii="Cambria" w:cs="Cambria" w:eastAsia="SimSun" w:hAnsi="Cambria"/>
    </w:rPr>
  </w:style>
  <w:style w:type="paragraph" w:styleId="HorizontalRule">
    <w:name w:val="Horizontal Rule"/>
    <w:basedOn w:val="Normal"/>
    <w:pPr>
      <w:ind w:firstLine="0"/>
    </w:pPr>
  </w:style>
  <w:style w:type="paragraph" w:styleId="Caption">
    <w:name w:val="Caption"/>
    <w:basedOn w:val="Normal"/>
    <w:qFormat/>
    <w:pPr>
      <w:jc w:val="center"/>
      <w:ind w:firstLine="0"/>
      <w:spacing w:after="120"/>
    </w:pPr>
    <w:rPr>
      <w:sz w:val="22"/>
      <w:szCs w:val="22"/>
    </w:rPr>
  </w:style>
  <w:style w:styleId="Heading1" w:type="paragraph">
    <w:name w:val="heading 1"/>
    <w:basedOn w:val="Normal"/>
    <w:next w:val="Normal"/>
    <w:link w:val="Heading1Char"/>
    <w:uiPriority w:val="9"/>
    <w:qFormat/>
    <w:rsid w:val="0073452A"/>
    <w:pPr>
      <w:keepNext/>
      <w:keepLines/>
      <w:ind w:firstLine="0"/>
      <w:jc w:val="left"/>
      <w:outlineLvl w:val="0"/>
    </w:pPr>
    <w:rPr>
      <w:b/>
      <w:bCs/>
      <w:color w:themeColor="accent1" w:themeShade="BF" w:val="365F91"/>
      <w:sz w:val="28"/>
      <w:szCs w:val="28"/>
    </w:rPr>
  </w:style>
  <w:style w:styleId="Heading2" w:type="paragraph">
    <w:name w:val="heading 2"/>
    <w:basedOn w:val="Normal"/>
    <w:next w:val="Normal"/>
    <w:link w:val="Heading2Char"/>
    <w:uiPriority w:val="9"/>
    <w:unhideWhenUsed/>
    <w:qFormat/>
    <w:rsid w:val="005360BE"/>
    <w:pPr>
      <w:keepNext/>
      <w:keepLines/>
      <w:ind w:firstLine="0"/>
      <w:jc w:val="left"/>
      <w:outlineLvl w:val="1"/>
    </w:pPr>
    <w:rPr>
      <w:b/>
      <w:bCs/>
      <w:color w:themeColor="accent1" w:val="4F81BD"/>
      <w:sz w:val="26"/>
      <w:szCs w:val="26"/>
    </w:rPr>
  </w:style>
  <w:style w:styleId="Heading3" w:type="paragraph">
    <w:name w:val="heading 3"/>
    <w:basedOn w:val="Normal"/>
    <w:next w:val="Normal"/>
    <w:link w:val="Heading3Char"/>
    <w:uiPriority w:val="9"/>
    <w:unhideWhenUsed/>
    <w:qFormat/>
    <w:rsid w:val="005360BE"/>
    <w:pPr>
      <w:keepNext/>
      <w:keepLines/>
      <w:ind w:firstLine="0"/>
      <w:jc w:val="left"/>
      <w:outlineLvl w:val="2"/>
    </w:pPr>
    <w:rPr>
      <w:b/>
      <w:bCs/>
      <w:color w:themeColor="accent1" w:val="4F81BD"/>
    </w:rPr>
  </w:style>
  <w:style w:styleId="Heading4" w:type="paragraph">
    <w:name w:val="heading 4"/>
    <w:basedOn w:val="Normal"/>
    <w:next w:val="Normal"/>
    <w:link w:val="Heading4Char"/>
    <w:uiPriority w:val="9"/>
    <w:semiHidden/>
    <w:unhideWhenUsed/>
    <w:qFormat/>
    <w:rsid w:val="005360BE"/>
    <w:pPr>
      <w:keepNext/>
      <w:keepLines/>
      <w:ind w:firstLine="0"/>
      <w:jc w:val="left"/>
      <w:outlineLvl w:val="3"/>
    </w:pPr>
    <w:rPr>
      <w:b/>
      <w:bCs/>
      <w:i/>
      <w:iCs/>
      <w:color w:themeColor="accent1" w:val="4F81BD"/>
      <w:sz w:val="22"/>
    </w:rPr>
  </w:style>
  <w:style w:styleId="Heading5" w:type="paragraph">
    <w:name w:val="heading 5"/>
    <w:basedOn w:val="Normal"/>
    <w:next w:val="Normal"/>
    <w:link w:val="Heading5Char"/>
    <w:uiPriority w:val="9"/>
    <w:semiHidden/>
    <w:unhideWhenUsed/>
    <w:qFormat/>
    <w:rsid w:val="00FC693F"/>
    <w:pPr>
      <w:ind w:firstLine="0"/>
      <w:jc w:val="left"/>
      <w:outlineLvl w:val="4"/>
    </w:pPr>
    <w:rPr>
      <w:color w:themeColor="accent1" w:themeShade="7F" w:val="243F60"/>
      <w:sz w:val="22"/>
    </w:rPr>
  </w:style>
  <w:style w:styleId="Heading6" w:type="paragraph">
    <w:name w:val="heading 6"/>
    <w:basedOn w:val="Normal"/>
    <w:next w:val="Normal"/>
    <w:link w:val="Heading6Char"/>
    <w:uiPriority w:val="9"/>
    <w:semiHidden/>
    <w:unhideWhenUsed/>
    <w:qFormat/>
    <w:rsid w:val="00FC693F"/>
    <w:pPr>
      <w:spacing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spacing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spacing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spacing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Header" w:type="paragraph">
    <w:name w:val="header"/>
    <w:basedOn w:val="Normal"/>
    <w:link w:val="HeaderChar"/>
    <w:uiPriority w:val="99"/>
    <w:unhideWhenUsed/>
    <w:rsid w:val="00E618BF"/>
    <w:pPr>
      <w:tabs>
        <w:tab w:pos="4680" w:val="center"/>
        <w:tab w:pos="9360" w:val="right"/>
      </w:tabs>
      <w:spacing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line="240" w:lineRule="auto"/>
    </w:pPr>
  </w:style>
  <w:style w:customStyle="1" w:styleId="FooterChar" w:type="character">
    <w:name w:val="Footer Char"/>
    <w:basedOn w:val="DefaultParagraphFont"/>
    <w:link w:val="Footer"/>
    <w:uiPriority w:val="99"/>
    <w:rsid w:val="00E618BF"/>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73452A"/>
    <w:rPr>
      <w:rFonts w:ascii="Cambria" w:cs="Cambria" w:eastAsia="SimSun" w:hAnsi="Cambria"/>
      <w:b/>
      <w:bCs/>
      <w:color w:themeColor="accent1" w:themeShade="BF" w:val="365F91"/>
      <w:sz w:val="28"/>
      <w:szCs w:val="28"/>
    </w:rPr>
  </w:style>
  <w:style w:customStyle="1" w:styleId="Heading2Char" w:type="character">
    <w:name w:val="Heading 2 Char"/>
    <w:basedOn w:val="DefaultParagraphFont"/>
    <w:link w:val="Heading2"/>
    <w:uiPriority w:val="9"/>
    <w:rsid w:val="005360BE"/>
    <w:rPr>
      <w:rFonts w:ascii="Cambria" w:cs="Cambria" w:eastAsia="SimSun" w:hAnsi="Cambria"/>
      <w:b/>
      <w:bCs/>
      <w:color w:themeColor="accent1" w:val="4F81BD"/>
      <w:sz w:val="26"/>
      <w:szCs w:val="26"/>
    </w:rPr>
  </w:style>
  <w:style w:customStyle="1" w:styleId="Heading3Char" w:type="character">
    <w:name w:val="Heading 3 Char"/>
    <w:basedOn w:val="DefaultParagraphFont"/>
    <w:link w:val="Heading3"/>
    <w:uiPriority w:val="9"/>
    <w:rsid w:val="005360BE"/>
    <w:rPr>
      <w:rFonts w:ascii="Cambria" w:cs="Cambria" w:eastAsia="SimSun" w:hAnsi="Cambria"/>
      <w:b/>
      <w:bCs/>
      <w:color w:themeColor="accent1" w:val="4F81BD"/>
    </w:rPr>
  </w:style>
  <w:style w:styleId="Title" w:type="paragraph">
    <w:name w:val="Title"/>
    <w:basedOn w:val="Normal"/>
    <w:next w:val="Normal"/>
    <w:link w:val="TitleChar"/>
    <w:uiPriority w:val="10"/>
    <w:qFormat/>
    <w:rsid w:val="005360BE"/>
    <w:pPr>
      <w:keepNext/>
      <w:keepLines/>
      <w:pBdr>
        <w:bottom w:color="4F81BD" w:space="4" w:sz="8" w:themeColor="accent1" w:val="single"/>
      </w:pBdr>
      <w:spacing w:after="300" w:line="240" w:lineRule="auto"/>
      <w:ind w:firstLine="0"/>
      <w:contextualSpacing/>
      <w:jc w:val="center"/>
    </w:pPr>
    <w:rPr>
      <w:color w:themeColor="text2" w:themeShade="BF" w:val="17365D"/>
      <w:spacing w:val="5"/>
      <w:kern w:val="28"/>
      <w:sz w:val="52"/>
      <w:szCs w:val="52"/>
    </w:rPr>
  </w:style>
  <w:style w:customStyle="1" w:styleId="TitleChar" w:type="character">
    <w:name w:val="Title Char"/>
    <w:basedOn w:val="DefaultParagraphFont"/>
    <w:link w:val="Title"/>
    <w:uiPriority w:val="10"/>
    <w:rsid w:val="005360BE"/>
    <w:rPr>
      <w:rFonts w:ascii="Cambria" w:cs="Cambria" w:eastAsia="SimSun" w:hAnsi="Cambria"/>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ind w:firstLine="480"/>
    </w:pPr>
    <w:rPr>
      <w:rFonts w:asciiTheme="majorHAnsi" w:cstheme="majorBidi" w:eastAsiaTheme="majorEastAsia" w:hAnsiTheme="majorHAnsi"/>
      <w:i/>
      <w:iCs/>
      <w:color w:themeColor="accent1" w:val="4F81BD"/>
      <w:spacing w:val="15"/>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5360BE"/>
    <w:rPr>
      <w:rFonts w:ascii="Cambria" w:cs="Cambria" w:eastAsia="SimSun" w:hAnsi="Cambria"/>
      <w:b/>
      <w:bCs/>
      <w:i/>
      <w:iCs/>
      <w:color w:themeColor="accent1" w:val="4F81BD"/>
      <w:sz w:val="22"/>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2026-08-13T12:22:20Z</dcterms:created>
  <dcterms:modified xsi:type="dcterms:W3CDTF">2026-08-13T12:22:20Z</dcterms:modified>
</cp:coreProperties>
</file>

<file path=docProps/custom.xml><?xml version="1.0" encoding="utf-8"?>
<Properties xmlns="http://schemas.openxmlformats.org/officeDocument/2006/custom-properties" xmlns:vt="http://schemas.openxmlformats.org/officeDocument/2006/docPropsVTypes"/>
</file>